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D57AB" w14:textId="256E62AA" w:rsidR="004823B0" w:rsidRPr="00EC0E7F" w:rsidRDefault="004823B0" w:rsidP="004823B0">
      <w:pPr>
        <w:rPr>
          <w:b/>
          <w:bCs/>
        </w:rPr>
      </w:pPr>
      <w:r w:rsidRPr="00EC0E7F">
        <w:rPr>
          <w:b/>
          <w:bCs/>
        </w:rPr>
        <w:t>Title of Presentation</w:t>
      </w:r>
      <w:r>
        <w:rPr>
          <w:b/>
          <w:bCs/>
        </w:rPr>
        <w:t>:</w:t>
      </w:r>
    </w:p>
    <w:p w14:paraId="38290C6B" w14:textId="77777777" w:rsidR="004823B0" w:rsidRPr="00EC0E7F" w:rsidRDefault="004823B0" w:rsidP="004823B0">
      <w:r w:rsidRPr="00EC0E7F">
        <w:t>Provide a brief and informative title that clearly represents the core idea of your presentation.</w:t>
      </w:r>
    </w:p>
    <w:p w14:paraId="19CE41C9" w14:textId="77777777" w:rsidR="004823B0" w:rsidRPr="00EC0E7F" w:rsidRDefault="004823B0" w:rsidP="004823B0">
      <w:r>
        <w:pict w14:anchorId="0CDABB3A">
          <v:rect id="_x0000_i1030" style="width:0;height:1.5pt" o:hralign="center" o:hrstd="t" o:hr="t" fillcolor="#a0a0a0" stroked="f"/>
        </w:pict>
      </w:r>
    </w:p>
    <w:p w14:paraId="364EAD1F" w14:textId="77777777" w:rsidR="00EC0E7F" w:rsidRPr="00EC0E7F" w:rsidRDefault="00EC0E7F" w:rsidP="00EC0E7F">
      <w:pPr>
        <w:rPr>
          <w:b/>
          <w:bCs/>
        </w:rPr>
      </w:pPr>
      <w:r w:rsidRPr="00EC0E7F">
        <w:rPr>
          <w:b/>
          <w:bCs/>
        </w:rPr>
        <w:t>Author Information</w:t>
      </w:r>
    </w:p>
    <w:p w14:paraId="03544AB1" w14:textId="77777777" w:rsidR="00EC0E7F" w:rsidRPr="00EC0E7F" w:rsidRDefault="00EC0E7F" w:rsidP="00EC0E7F">
      <w:pPr>
        <w:numPr>
          <w:ilvl w:val="0"/>
          <w:numId w:val="10"/>
        </w:numPr>
      </w:pPr>
      <w:r w:rsidRPr="00EC0E7F">
        <w:rPr>
          <w:b/>
          <w:bCs/>
        </w:rPr>
        <w:t>Name(s):</w:t>
      </w:r>
      <w:r w:rsidRPr="00EC0E7F">
        <w:t xml:space="preserve"> Full name of the presenting author and co-authors (if any)</w:t>
      </w:r>
    </w:p>
    <w:p w14:paraId="53C22644" w14:textId="77777777" w:rsidR="00EC0E7F" w:rsidRPr="00EC0E7F" w:rsidRDefault="00EC0E7F" w:rsidP="00EC0E7F">
      <w:pPr>
        <w:numPr>
          <w:ilvl w:val="0"/>
          <w:numId w:val="10"/>
        </w:numPr>
      </w:pPr>
      <w:r w:rsidRPr="00EC0E7F">
        <w:rPr>
          <w:b/>
          <w:bCs/>
        </w:rPr>
        <w:t>Affiliation(s):</w:t>
      </w:r>
      <w:r w:rsidRPr="00EC0E7F">
        <w:t xml:space="preserve"> Institution or organization associated with each author</w:t>
      </w:r>
    </w:p>
    <w:p w14:paraId="7B03E204" w14:textId="77777777" w:rsidR="004823B0" w:rsidRDefault="00EC0E7F" w:rsidP="00EC0E7F">
      <w:pPr>
        <w:numPr>
          <w:ilvl w:val="0"/>
          <w:numId w:val="10"/>
        </w:numPr>
      </w:pPr>
      <w:r w:rsidRPr="00EC0E7F">
        <w:rPr>
          <w:b/>
          <w:bCs/>
        </w:rPr>
        <w:t>Email Address(es):</w:t>
      </w:r>
      <w:r w:rsidRPr="00EC0E7F">
        <w:t xml:space="preserve"> Official contact email(s)</w:t>
      </w:r>
    </w:p>
    <w:p w14:paraId="5A42E0DC" w14:textId="5EDDA70A" w:rsidR="00EC0E7F" w:rsidRDefault="004823B0" w:rsidP="00EC0E7F">
      <w:pPr>
        <w:numPr>
          <w:ilvl w:val="0"/>
          <w:numId w:val="10"/>
        </w:numPr>
      </w:pPr>
      <w:r>
        <w:rPr>
          <w:b/>
          <w:bCs/>
        </w:rPr>
        <w:t>Contact:</w:t>
      </w:r>
      <w:r>
        <w:t xml:space="preserve"> official contact/</w:t>
      </w:r>
      <w:proofErr w:type="spellStart"/>
      <w:r>
        <w:t>whatsApp</w:t>
      </w:r>
      <w:proofErr w:type="spellEnd"/>
      <w:r>
        <w:t xml:space="preserve"> number</w:t>
      </w:r>
      <w:r w:rsidR="003C15CD">
        <w:br/>
      </w:r>
    </w:p>
    <w:p w14:paraId="0E8BDD04" w14:textId="77777777" w:rsidR="003C15CD" w:rsidRPr="00EC0E7F" w:rsidRDefault="003C15CD" w:rsidP="003C15CD">
      <w:pPr>
        <w:ind w:left="360"/>
      </w:pPr>
      <w:r w:rsidRPr="003C15CD">
        <w:rPr>
          <w:i/>
          <w:iCs/>
        </w:rPr>
        <w:t>(Please ensure all contributors are listed with accurate affiliations.)</w:t>
      </w:r>
    </w:p>
    <w:p w14:paraId="15A24DB5" w14:textId="77777777" w:rsidR="003C15CD" w:rsidRDefault="003C15CD" w:rsidP="003C15CD">
      <w:pPr>
        <w:ind w:left="720"/>
      </w:pPr>
    </w:p>
    <w:p w14:paraId="69A25985" w14:textId="43266255" w:rsidR="003C15CD" w:rsidRPr="00EC0E7F" w:rsidRDefault="003C15CD" w:rsidP="00EC0E7F">
      <w:pPr>
        <w:numPr>
          <w:ilvl w:val="0"/>
          <w:numId w:val="10"/>
        </w:numPr>
      </w:pPr>
      <w:r>
        <w:rPr>
          <w:b/>
          <w:bCs/>
        </w:rPr>
        <w:t>Recent Photograph:</w:t>
      </w:r>
      <w:r>
        <w:br/>
      </w:r>
      <w:r>
        <w:br/>
      </w:r>
      <w:r w:rsidRPr="002C0F2B">
        <w:rPr>
          <w:noProof/>
          <w:lang w:val="en-GB"/>
        </w:rPr>
        <w:drawing>
          <wp:inline distT="0" distB="0" distL="0" distR="0" wp14:anchorId="0F418E06" wp14:editId="2DD0ED25">
            <wp:extent cx="1424940" cy="141732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4940" cy="1417320"/>
                    </a:xfrm>
                    <a:prstGeom prst="rect">
                      <a:avLst/>
                    </a:prstGeom>
                    <a:noFill/>
                    <a:ln>
                      <a:noFill/>
                    </a:ln>
                  </pic:spPr>
                </pic:pic>
              </a:graphicData>
            </a:graphic>
          </wp:inline>
        </w:drawing>
      </w:r>
    </w:p>
    <w:p w14:paraId="28DE932C" w14:textId="06BC5CB7" w:rsidR="00EC0E7F" w:rsidRPr="00EC0E7F" w:rsidRDefault="00000000" w:rsidP="00EC0E7F">
      <w:r>
        <w:pict w14:anchorId="4185208B">
          <v:rect id="_x0000_i1027" style="width:0;height:1.5pt" o:hralign="center" o:hrstd="t" o:hr="t" fillcolor="#a0a0a0" stroked="f"/>
        </w:pict>
      </w:r>
    </w:p>
    <w:p w14:paraId="7DC0D141" w14:textId="77777777" w:rsidR="00EC0E7F" w:rsidRPr="00EC0E7F" w:rsidRDefault="00EC0E7F" w:rsidP="00EC0E7F">
      <w:pPr>
        <w:rPr>
          <w:b/>
          <w:bCs/>
        </w:rPr>
      </w:pPr>
      <w:r w:rsidRPr="00EC0E7F">
        <w:rPr>
          <w:b/>
          <w:bCs/>
        </w:rPr>
        <w:t>Abstract</w:t>
      </w:r>
    </w:p>
    <w:p w14:paraId="69289562" w14:textId="77777777" w:rsidR="00EC0E7F" w:rsidRPr="00EC0E7F" w:rsidRDefault="00EC0E7F" w:rsidP="00EC0E7F">
      <w:r w:rsidRPr="00EC0E7F">
        <w:rPr>
          <w:b/>
          <w:bCs/>
        </w:rPr>
        <w:t>Length: 400–500 words</w:t>
      </w:r>
    </w:p>
    <w:p w14:paraId="54F7CAA9" w14:textId="77777777" w:rsidR="00EC0E7F" w:rsidRPr="00EC0E7F" w:rsidRDefault="00EC0E7F" w:rsidP="00EC0E7F">
      <w:r w:rsidRPr="00EC0E7F">
        <w:t>The abstract should clearly summarize the scope and objectives of the presentation. Authors are encouraged to describe the background or motivation, the approach or methodology employed, key outcomes or insights, and the relevance or impact of the work.</w:t>
      </w:r>
    </w:p>
    <w:p w14:paraId="41268B1D" w14:textId="77777777" w:rsidR="00EC0E7F" w:rsidRPr="00EC0E7F" w:rsidRDefault="00EC0E7F" w:rsidP="00EC0E7F">
      <w:r w:rsidRPr="00EC0E7F">
        <w:t>The content should be written in clear, professional English and structured for easy understanding by an international audience. Avoid unnecessary technical language and ensure the abstract is complete and meaningful on its own, without requiring reference to the full paper or presentation.</w:t>
      </w:r>
    </w:p>
    <w:p w14:paraId="7EB3A994" w14:textId="77777777" w:rsidR="00EC0E7F" w:rsidRPr="00EC0E7F" w:rsidRDefault="00000000" w:rsidP="00EC0E7F">
      <w:r>
        <w:pict w14:anchorId="2B3E4B6A">
          <v:rect id="_x0000_i1028" style="width:0;height:1.5pt" o:hralign="center" o:hrstd="t" o:hr="t" fillcolor="#a0a0a0" stroked="f"/>
        </w:pict>
      </w:r>
    </w:p>
    <w:p w14:paraId="4D7D8EFF" w14:textId="77777777" w:rsidR="00EC0E7F" w:rsidRPr="00EC0E7F" w:rsidRDefault="00EC0E7F" w:rsidP="00EC0E7F">
      <w:pPr>
        <w:rPr>
          <w:b/>
          <w:bCs/>
        </w:rPr>
      </w:pPr>
      <w:r w:rsidRPr="00EC0E7F">
        <w:rPr>
          <w:b/>
          <w:bCs/>
        </w:rPr>
        <w:lastRenderedPageBreak/>
        <w:t>Keywords</w:t>
      </w:r>
    </w:p>
    <w:p w14:paraId="64E3ACC5" w14:textId="77777777" w:rsidR="00EC0E7F" w:rsidRPr="00EC0E7F" w:rsidRDefault="00EC0E7F" w:rsidP="00EC0E7F">
      <w:r w:rsidRPr="00EC0E7F">
        <w:t xml:space="preserve">Include </w:t>
      </w:r>
      <w:r w:rsidRPr="00EC0E7F">
        <w:rPr>
          <w:b/>
          <w:bCs/>
        </w:rPr>
        <w:t>3–5 keywords</w:t>
      </w:r>
      <w:r w:rsidRPr="00EC0E7F">
        <w:t>, separated by commas, that best describe the main themes of your submission.</w:t>
      </w:r>
    </w:p>
    <w:p w14:paraId="0D67DD22" w14:textId="77777777" w:rsidR="00EC0E7F" w:rsidRPr="00EC0E7F" w:rsidRDefault="00000000" w:rsidP="00EC0E7F">
      <w:r>
        <w:pict w14:anchorId="0FDFEFF6">
          <v:rect id="_x0000_i1029" style="width:0;height:1.5pt" o:hralign="center" o:hrstd="t" o:hr="t" fillcolor="#a0a0a0" stroked="f"/>
        </w:pict>
      </w:r>
    </w:p>
    <w:p w14:paraId="649B137A" w14:textId="77777777" w:rsidR="00EC0E7F" w:rsidRPr="00EC0E7F" w:rsidRDefault="00EC0E7F" w:rsidP="00EC0E7F">
      <w:pPr>
        <w:rPr>
          <w:b/>
          <w:bCs/>
        </w:rPr>
      </w:pPr>
      <w:r w:rsidRPr="00EC0E7F">
        <w:rPr>
          <w:b/>
          <w:bCs/>
        </w:rPr>
        <w:t>Speaker Biography</w:t>
      </w:r>
    </w:p>
    <w:p w14:paraId="2C471D04" w14:textId="77777777" w:rsidR="00EC0E7F" w:rsidRPr="00EC0E7F" w:rsidRDefault="00EC0E7F" w:rsidP="00EC0E7F">
      <w:r w:rsidRPr="00EC0E7F">
        <w:rPr>
          <w:b/>
          <w:bCs/>
        </w:rPr>
        <w:t>Length: 200–250 words</w:t>
      </w:r>
    </w:p>
    <w:p w14:paraId="2B5AA893" w14:textId="3810E19E" w:rsidR="00C860AF" w:rsidRPr="00EC0E7F" w:rsidRDefault="00EC0E7F" w:rsidP="00EC0E7F">
      <w:r w:rsidRPr="00EC0E7F">
        <w:t>Provide a concise professional biography outlining your academic qualifications, current role, research or professional interests, and relevant achievements aligned with the conference theme.</w:t>
      </w:r>
    </w:p>
    <w:sectPr w:rsidR="00C860AF" w:rsidRPr="00EC0E7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BA65EA2"/>
    <w:multiLevelType w:val="multilevel"/>
    <w:tmpl w:val="8364F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51469">
    <w:abstractNumId w:val="8"/>
  </w:num>
  <w:num w:numId="2" w16cid:durableId="1913661035">
    <w:abstractNumId w:val="6"/>
  </w:num>
  <w:num w:numId="3" w16cid:durableId="1684701085">
    <w:abstractNumId w:val="5"/>
  </w:num>
  <w:num w:numId="4" w16cid:durableId="1713653202">
    <w:abstractNumId w:val="4"/>
  </w:num>
  <w:num w:numId="5" w16cid:durableId="438917406">
    <w:abstractNumId w:val="7"/>
  </w:num>
  <w:num w:numId="6" w16cid:durableId="657149432">
    <w:abstractNumId w:val="3"/>
  </w:num>
  <w:num w:numId="7" w16cid:durableId="67197046">
    <w:abstractNumId w:val="2"/>
  </w:num>
  <w:num w:numId="8" w16cid:durableId="1177766993">
    <w:abstractNumId w:val="1"/>
  </w:num>
  <w:num w:numId="9" w16cid:durableId="1535069758">
    <w:abstractNumId w:val="0"/>
  </w:num>
  <w:num w:numId="10" w16cid:durableId="1601700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15960"/>
    <w:rsid w:val="0015074B"/>
    <w:rsid w:val="002464A9"/>
    <w:rsid w:val="0029639D"/>
    <w:rsid w:val="002B03DE"/>
    <w:rsid w:val="002D3F18"/>
    <w:rsid w:val="00326F90"/>
    <w:rsid w:val="003C15CD"/>
    <w:rsid w:val="004823B0"/>
    <w:rsid w:val="00554104"/>
    <w:rsid w:val="007E4B8E"/>
    <w:rsid w:val="00AA1D8D"/>
    <w:rsid w:val="00B47730"/>
    <w:rsid w:val="00BF362F"/>
    <w:rsid w:val="00C860AF"/>
    <w:rsid w:val="00CB0664"/>
    <w:rsid w:val="00CB4925"/>
    <w:rsid w:val="00EC0E7F"/>
    <w:rsid w:val="00F3324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7CF817"/>
  <w14:defaultImageDpi w14:val="300"/>
  <w15:docId w15:val="{D8CB545F-8AD3-47E1-AE71-1F0438C89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760489">
      <w:bodyDiv w:val="1"/>
      <w:marLeft w:val="0"/>
      <w:marRight w:val="0"/>
      <w:marTop w:val="0"/>
      <w:marBottom w:val="0"/>
      <w:divBdr>
        <w:top w:val="none" w:sz="0" w:space="0" w:color="auto"/>
        <w:left w:val="none" w:sz="0" w:space="0" w:color="auto"/>
        <w:bottom w:val="none" w:sz="0" w:space="0" w:color="auto"/>
        <w:right w:val="none" w:sz="0" w:space="0" w:color="auto"/>
      </w:divBdr>
    </w:div>
    <w:div w:id="587731743">
      <w:bodyDiv w:val="1"/>
      <w:marLeft w:val="0"/>
      <w:marRight w:val="0"/>
      <w:marTop w:val="0"/>
      <w:marBottom w:val="0"/>
      <w:divBdr>
        <w:top w:val="none" w:sz="0" w:space="0" w:color="auto"/>
        <w:left w:val="none" w:sz="0" w:space="0" w:color="auto"/>
        <w:bottom w:val="none" w:sz="0" w:space="0" w:color="auto"/>
        <w:right w:val="none" w:sz="0" w:space="0" w:color="auto"/>
      </w:divBdr>
    </w:div>
    <w:div w:id="662006157">
      <w:bodyDiv w:val="1"/>
      <w:marLeft w:val="0"/>
      <w:marRight w:val="0"/>
      <w:marTop w:val="0"/>
      <w:marBottom w:val="0"/>
      <w:divBdr>
        <w:top w:val="none" w:sz="0" w:space="0" w:color="auto"/>
        <w:left w:val="none" w:sz="0" w:space="0" w:color="auto"/>
        <w:bottom w:val="none" w:sz="0" w:space="0" w:color="auto"/>
        <w:right w:val="none" w:sz="0" w:space="0" w:color="auto"/>
      </w:divBdr>
    </w:div>
    <w:div w:id="1083450533">
      <w:bodyDiv w:val="1"/>
      <w:marLeft w:val="0"/>
      <w:marRight w:val="0"/>
      <w:marTop w:val="0"/>
      <w:marBottom w:val="0"/>
      <w:divBdr>
        <w:top w:val="none" w:sz="0" w:space="0" w:color="auto"/>
        <w:left w:val="none" w:sz="0" w:space="0" w:color="auto"/>
        <w:bottom w:val="none" w:sz="0" w:space="0" w:color="auto"/>
        <w:right w:val="none" w:sz="0" w:space="0" w:color="auto"/>
      </w:divBdr>
    </w:div>
    <w:div w:id="1398825015">
      <w:bodyDiv w:val="1"/>
      <w:marLeft w:val="0"/>
      <w:marRight w:val="0"/>
      <w:marTop w:val="0"/>
      <w:marBottom w:val="0"/>
      <w:divBdr>
        <w:top w:val="none" w:sz="0" w:space="0" w:color="auto"/>
        <w:left w:val="none" w:sz="0" w:space="0" w:color="auto"/>
        <w:bottom w:val="none" w:sz="0" w:space="0" w:color="auto"/>
        <w:right w:val="none" w:sz="0" w:space="0" w:color="auto"/>
      </w:divBdr>
    </w:div>
    <w:div w:id="19472294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207</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Shiva k</cp:lastModifiedBy>
  <cp:revision>4</cp:revision>
  <dcterms:created xsi:type="dcterms:W3CDTF">2026-01-27T14:48:00Z</dcterms:created>
  <dcterms:modified xsi:type="dcterms:W3CDTF">2026-01-27T15:03:00Z</dcterms:modified>
  <cp:category/>
</cp:coreProperties>
</file>